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BDFE" w14:textId="5DA85459" w:rsidR="003925BB" w:rsidRDefault="00B52D70" w:rsidP="003925BB">
      <w:pPr>
        <w:jc w:val="center"/>
        <w:rPr>
          <w:b/>
          <w:bCs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15C0C2E9" wp14:editId="1CA732F7">
            <wp:simplePos x="0" y="0"/>
            <wp:positionH relativeFrom="column">
              <wp:posOffset>5720080</wp:posOffset>
            </wp:positionH>
            <wp:positionV relativeFrom="paragraph">
              <wp:posOffset>-124460</wp:posOffset>
            </wp:positionV>
            <wp:extent cx="1113790" cy="1113790"/>
            <wp:effectExtent l="0" t="0" r="0" b="0"/>
            <wp:wrapNone/>
            <wp:docPr id="49716932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0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2EB1">
        <w:rPr>
          <w:b/>
          <w:bCs/>
          <w:noProof/>
          <w:szCs w:val="28"/>
        </w:rPr>
        <w:drawing>
          <wp:anchor distT="0" distB="0" distL="114300" distR="114300" simplePos="0" relativeHeight="251655680" behindDoc="1" locked="0" layoutInCell="1" allowOverlap="1" wp14:anchorId="1F0221F0" wp14:editId="629860A4">
            <wp:simplePos x="0" y="0"/>
            <wp:positionH relativeFrom="column">
              <wp:posOffset>-431800</wp:posOffset>
            </wp:positionH>
            <wp:positionV relativeFrom="paragraph">
              <wp:posOffset>-135255</wp:posOffset>
            </wp:positionV>
            <wp:extent cx="1539875" cy="1031875"/>
            <wp:effectExtent l="0" t="0" r="3175" b="0"/>
            <wp:wrapNone/>
            <wp:docPr id="17546381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03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18FE4" w14:textId="77777777" w:rsidR="003925BB" w:rsidRPr="003925BB" w:rsidRDefault="003925BB" w:rsidP="003925BB">
      <w:pPr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 w:rsidRPr="003925BB">
        <w:rPr>
          <w:rFonts w:ascii="Times New Roman" w:hAnsi="Times New Roman" w:cs="Times New Roman"/>
          <w:b/>
          <w:bCs/>
          <w:sz w:val="36"/>
          <w:szCs w:val="28"/>
        </w:rPr>
        <w:t>ASSEMBLEE GENERALE ORDINAIRE</w:t>
      </w:r>
    </w:p>
    <w:p w14:paraId="19A9F6C5" w14:textId="77777777" w:rsidR="003925BB" w:rsidRPr="003925BB" w:rsidRDefault="003925BB" w:rsidP="003925BB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3925BB">
        <w:rPr>
          <w:rFonts w:ascii="Times New Roman" w:hAnsi="Times New Roman" w:cs="Times New Roman"/>
          <w:b/>
          <w:bCs/>
          <w:sz w:val="32"/>
          <w:szCs w:val="28"/>
        </w:rPr>
        <w:t>DE LA LIGUE REGIONALE DE TIR L.R.</w:t>
      </w:r>
    </w:p>
    <w:p w14:paraId="286CAE59" w14:textId="77777777" w:rsidR="003925BB" w:rsidRPr="003925BB" w:rsidRDefault="003925BB" w:rsidP="003925BB">
      <w:pPr>
        <w:jc w:val="center"/>
        <w:rPr>
          <w:rFonts w:ascii="Times New Roman" w:hAnsi="Times New Roman" w:cs="Times New Roman"/>
          <w:b/>
          <w:bCs/>
          <w:szCs w:val="28"/>
        </w:rPr>
      </w:pPr>
    </w:p>
    <w:p w14:paraId="6C694A72" w14:textId="77777777" w:rsidR="003925BB" w:rsidRPr="003925BB" w:rsidRDefault="003925BB" w:rsidP="003925BB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925BB">
        <w:rPr>
          <w:rFonts w:ascii="Times New Roman" w:hAnsi="Times New Roman" w:cs="Times New Roman"/>
          <w:b/>
          <w:bCs/>
          <w:sz w:val="32"/>
          <w:szCs w:val="28"/>
        </w:rPr>
        <w:t>Samedi 14 Novembre 2026</w:t>
      </w:r>
    </w:p>
    <w:p w14:paraId="1E59E782" w14:textId="77777777" w:rsidR="003925BB" w:rsidRPr="003925BB" w:rsidRDefault="003925BB" w:rsidP="003925BB">
      <w:pPr>
        <w:jc w:val="center"/>
        <w:rPr>
          <w:rFonts w:ascii="Times New Roman" w:hAnsi="Times New Roman" w:cs="Times New Roman"/>
          <w:bCs/>
          <w:sz w:val="32"/>
          <w:szCs w:val="28"/>
        </w:rPr>
      </w:pPr>
      <w:r w:rsidRPr="003925BB">
        <w:rPr>
          <w:rFonts w:ascii="Times New Roman" w:hAnsi="Times New Roman" w:cs="Times New Roman"/>
          <w:bCs/>
          <w:sz w:val="32"/>
          <w:szCs w:val="28"/>
        </w:rPr>
        <w:t>Au Domaine des Carabiniers</w:t>
      </w:r>
    </w:p>
    <w:p w14:paraId="7A1335DF" w14:textId="77777777" w:rsidR="003925BB" w:rsidRPr="003925BB" w:rsidRDefault="003925BB" w:rsidP="003925BB">
      <w:pPr>
        <w:jc w:val="center"/>
        <w:rPr>
          <w:rFonts w:ascii="Times New Roman" w:hAnsi="Times New Roman" w:cs="Times New Roman"/>
          <w:bCs/>
          <w:sz w:val="32"/>
          <w:szCs w:val="28"/>
        </w:rPr>
      </w:pPr>
      <w:r w:rsidRPr="003925BB">
        <w:rPr>
          <w:rFonts w:ascii="Times New Roman" w:hAnsi="Times New Roman" w:cs="Times New Roman"/>
          <w:bCs/>
          <w:sz w:val="32"/>
          <w:szCs w:val="28"/>
        </w:rPr>
        <w:t>A ROQUEMAURE</w:t>
      </w:r>
    </w:p>
    <w:p w14:paraId="071BF22F" w14:textId="77777777" w:rsidR="006723B0" w:rsidRPr="006723B0" w:rsidRDefault="006723B0">
      <w:pPr>
        <w:spacing w:after="0"/>
        <w:jc w:val="center"/>
        <w:rPr>
          <w:rFonts w:ascii="Times New Roman" w:hAnsi="Times New Roman" w:cs="Times New Roman"/>
          <w:sz w:val="22"/>
          <w:szCs w:val="28"/>
        </w:rPr>
      </w:pPr>
    </w:p>
    <w:p w14:paraId="25C0DE7E" w14:textId="77777777" w:rsidR="00E27F14" w:rsidRPr="00E1754C" w:rsidRDefault="00E27F14">
      <w:pPr>
        <w:rPr>
          <w:rFonts w:ascii="Times New Roman" w:hAnsi="Times New Roman" w:cs="Times New Roman"/>
          <w:sz w:val="20"/>
          <w:szCs w:val="24"/>
        </w:rPr>
      </w:pP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5100"/>
        <w:gridCol w:w="5532"/>
      </w:tblGrid>
      <w:tr w:rsidR="00E27F14" w:rsidRPr="00E1754C" w14:paraId="4DD5B17A" w14:textId="77777777" w:rsidTr="009E51E2">
        <w:tc>
          <w:tcPr>
            <w:tcW w:w="5100" w:type="dxa"/>
            <w:shd w:val="clear" w:color="auto" w:fill="E2E2E2"/>
            <w:vAlign w:val="center"/>
          </w:tcPr>
          <w:p w14:paraId="73244EE1" w14:textId="77777777" w:rsidR="00E27F14" w:rsidRPr="00813392" w:rsidRDefault="00D83AAF" w:rsidP="00841650">
            <w:pPr>
              <w:spacing w:after="0" w:line="480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813392">
              <w:rPr>
                <w:rFonts w:ascii="Times New Roman" w:hAnsi="Times New Roman" w:cs="Times New Roman"/>
                <w:b/>
                <w:sz w:val="22"/>
                <w:szCs w:val="28"/>
              </w:rPr>
              <w:t>À REMPLIR PAR LA LIGUE</w:t>
            </w:r>
          </w:p>
        </w:tc>
        <w:tc>
          <w:tcPr>
            <w:tcW w:w="5532" w:type="dxa"/>
            <w:shd w:val="clear" w:color="auto" w:fill="E2E2E2"/>
            <w:vAlign w:val="center"/>
          </w:tcPr>
          <w:p w14:paraId="52F2F60A" w14:textId="77777777" w:rsidR="00E27F14" w:rsidRPr="00813392" w:rsidRDefault="00D83AAF">
            <w:pPr>
              <w:spacing w:after="0"/>
              <w:rPr>
                <w:rFonts w:ascii="Times New Roman" w:hAnsi="Times New Roman" w:cs="Times New Roman"/>
                <w:sz w:val="22"/>
                <w:szCs w:val="28"/>
              </w:rPr>
            </w:pPr>
            <w:r w:rsidRPr="00813392">
              <w:rPr>
                <w:rFonts w:ascii="Times New Roman" w:hAnsi="Times New Roman" w:cs="Times New Roman"/>
                <w:sz w:val="22"/>
                <w:szCs w:val="28"/>
              </w:rPr>
              <w:t xml:space="preserve">Candidature au </w:t>
            </w:r>
            <w:proofErr w:type="spellStart"/>
            <w:r w:rsidRPr="00813392">
              <w:rPr>
                <w:rFonts w:ascii="Times New Roman" w:hAnsi="Times New Roman" w:cs="Times New Roman"/>
                <w:sz w:val="22"/>
                <w:szCs w:val="28"/>
              </w:rPr>
              <w:t>titre</w:t>
            </w:r>
            <w:proofErr w:type="spellEnd"/>
            <w:r w:rsidRPr="00813392">
              <w:rPr>
                <w:rFonts w:ascii="Times New Roman" w:hAnsi="Times New Roman" w:cs="Times New Roman"/>
                <w:sz w:val="22"/>
                <w:szCs w:val="28"/>
              </w:rPr>
              <w:t xml:space="preserve"> de : __________________________</w:t>
            </w:r>
          </w:p>
        </w:tc>
      </w:tr>
      <w:tr w:rsidR="00E27F14" w:rsidRPr="00E1754C" w14:paraId="2F9248BE" w14:textId="77777777" w:rsidTr="009E51E2">
        <w:tc>
          <w:tcPr>
            <w:tcW w:w="5100" w:type="dxa"/>
            <w:vAlign w:val="center"/>
          </w:tcPr>
          <w:p w14:paraId="1A0678FA" w14:textId="77777777" w:rsidR="00E27F14" w:rsidRPr="00813392" w:rsidRDefault="00D83AAF" w:rsidP="00841650">
            <w:pPr>
              <w:spacing w:after="0" w:line="480" w:lineRule="auto"/>
              <w:ind w:right="-250"/>
              <w:rPr>
                <w:rFonts w:ascii="Times New Roman" w:hAnsi="Times New Roman" w:cs="Times New Roman"/>
                <w:sz w:val="22"/>
                <w:szCs w:val="28"/>
              </w:rPr>
            </w:pPr>
            <w:r w:rsidRPr="00813392">
              <w:rPr>
                <w:rFonts w:ascii="Times New Roman" w:hAnsi="Times New Roman" w:cs="Times New Roman"/>
                <w:sz w:val="22"/>
                <w:szCs w:val="28"/>
              </w:rPr>
              <w:t xml:space="preserve">Date de </w:t>
            </w:r>
            <w:proofErr w:type="spellStart"/>
            <w:r w:rsidRPr="00813392">
              <w:rPr>
                <w:rFonts w:ascii="Times New Roman" w:hAnsi="Times New Roman" w:cs="Times New Roman"/>
                <w:sz w:val="22"/>
                <w:szCs w:val="28"/>
              </w:rPr>
              <w:t>réception</w:t>
            </w:r>
            <w:proofErr w:type="spellEnd"/>
            <w:r w:rsidRPr="00813392">
              <w:rPr>
                <w:rFonts w:ascii="Times New Roman" w:hAnsi="Times New Roman" w:cs="Times New Roman"/>
                <w:sz w:val="22"/>
                <w:szCs w:val="28"/>
              </w:rPr>
              <w:t xml:space="preserve"> : ______________________________</w:t>
            </w:r>
          </w:p>
        </w:tc>
        <w:tc>
          <w:tcPr>
            <w:tcW w:w="5532" w:type="dxa"/>
            <w:vAlign w:val="center"/>
          </w:tcPr>
          <w:p w14:paraId="055BD8A1" w14:textId="77777777" w:rsidR="00E27F14" w:rsidRPr="00813392" w:rsidRDefault="00D83AAF">
            <w:pPr>
              <w:spacing w:after="0"/>
              <w:rPr>
                <w:rFonts w:ascii="Times New Roman" w:hAnsi="Times New Roman" w:cs="Times New Roman"/>
                <w:sz w:val="22"/>
                <w:szCs w:val="28"/>
              </w:rPr>
            </w:pPr>
            <w:r w:rsidRPr="00813392">
              <w:rPr>
                <w:rFonts w:ascii="Times New Roman" w:hAnsi="Times New Roman" w:cs="Times New Roman"/>
                <w:sz w:val="22"/>
                <w:szCs w:val="28"/>
              </w:rPr>
              <w:t xml:space="preserve">Dossier complet :  </w:t>
            </w:r>
            <w:r w:rsidRPr="00813392">
              <w:rPr>
                <w:rFonts w:ascii="Segoe UI Symbol" w:hAnsi="Segoe UI Symbol" w:cs="Segoe UI Symbol"/>
                <w:sz w:val="22"/>
                <w:szCs w:val="28"/>
              </w:rPr>
              <w:t>☐</w:t>
            </w:r>
            <w:r w:rsidRPr="00813392">
              <w:rPr>
                <w:rFonts w:ascii="Times New Roman" w:hAnsi="Times New Roman" w:cs="Times New Roman"/>
                <w:sz w:val="22"/>
                <w:szCs w:val="28"/>
              </w:rPr>
              <w:t xml:space="preserve"> Oui   </w:t>
            </w:r>
            <w:r w:rsidRPr="00813392">
              <w:rPr>
                <w:rFonts w:ascii="Segoe UI Symbol" w:hAnsi="Segoe UI Symbol" w:cs="Segoe UI Symbol"/>
                <w:sz w:val="22"/>
                <w:szCs w:val="28"/>
              </w:rPr>
              <w:t>☐</w:t>
            </w:r>
            <w:r w:rsidRPr="00813392">
              <w:rPr>
                <w:rFonts w:ascii="Times New Roman" w:hAnsi="Times New Roman" w:cs="Times New Roman"/>
                <w:sz w:val="22"/>
                <w:szCs w:val="28"/>
              </w:rPr>
              <w:t xml:space="preserve"> Non</w:t>
            </w:r>
          </w:p>
        </w:tc>
      </w:tr>
    </w:tbl>
    <w:p w14:paraId="49A89556" w14:textId="77777777" w:rsidR="00E1754C" w:rsidRDefault="00E1754C">
      <w:pPr>
        <w:spacing w:before="140" w:after="10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588BD0B" w14:textId="49C932E0" w:rsidR="006A0A89" w:rsidRPr="00841650" w:rsidRDefault="006A0A89" w:rsidP="006A0A89">
      <w:pPr>
        <w:spacing w:after="80"/>
        <w:ind w:right="-148"/>
        <w:jc w:val="center"/>
        <w:rPr>
          <w:rFonts w:ascii="Times New Roman" w:hAnsi="Times New Roman" w:cs="Times New Roman"/>
          <w:b/>
          <w:sz w:val="32"/>
          <w:szCs w:val="28"/>
          <w:u w:val="single"/>
          <w:lang w:val="fr-FR"/>
        </w:rPr>
      </w:pPr>
      <w:r w:rsidRPr="00841650">
        <w:rPr>
          <w:rFonts w:ascii="Times New Roman" w:hAnsi="Times New Roman" w:cs="Times New Roman"/>
          <w:b/>
          <w:sz w:val="32"/>
          <w:szCs w:val="28"/>
          <w:u w:val="single"/>
          <w:lang w:val="fr-FR"/>
        </w:rPr>
        <w:t>CANDIDATURE POUR UN POSTE VACANT AU SEIN</w:t>
      </w:r>
    </w:p>
    <w:p w14:paraId="412BC1C0" w14:textId="2BE09836" w:rsidR="006A0A89" w:rsidRPr="00841650" w:rsidRDefault="006A0A89" w:rsidP="006A0A89">
      <w:pPr>
        <w:spacing w:after="80"/>
        <w:ind w:right="-148"/>
        <w:jc w:val="center"/>
        <w:rPr>
          <w:rFonts w:ascii="Times New Roman" w:hAnsi="Times New Roman" w:cs="Times New Roman"/>
          <w:b/>
          <w:sz w:val="32"/>
          <w:szCs w:val="28"/>
          <w:u w:val="single"/>
          <w:lang w:val="fr-FR"/>
        </w:rPr>
      </w:pPr>
      <w:r w:rsidRPr="00841650">
        <w:rPr>
          <w:rFonts w:ascii="Times New Roman" w:hAnsi="Times New Roman" w:cs="Times New Roman"/>
          <w:b/>
          <w:sz w:val="32"/>
          <w:szCs w:val="28"/>
          <w:u w:val="single"/>
          <w:lang w:val="fr-FR"/>
        </w:rPr>
        <w:t>DU COMITÉ DIRECTEUR</w:t>
      </w:r>
    </w:p>
    <w:p w14:paraId="2671083F" w14:textId="77777777" w:rsidR="006A0A89" w:rsidRPr="006A0A89" w:rsidRDefault="006A0A89" w:rsidP="006A0A89">
      <w:pPr>
        <w:spacing w:after="80"/>
        <w:ind w:right="-148"/>
        <w:jc w:val="center"/>
        <w:rPr>
          <w:rFonts w:ascii="Times New Roman" w:hAnsi="Times New Roman" w:cs="Times New Roman"/>
          <w:b/>
          <w:sz w:val="32"/>
          <w:szCs w:val="28"/>
          <w:lang w:val="fr-FR"/>
        </w:rPr>
      </w:pPr>
    </w:p>
    <w:p w14:paraId="46B4BA31" w14:textId="77777777" w:rsidR="006A0A89" w:rsidRPr="006A0A89" w:rsidRDefault="006A0A89" w:rsidP="009F495E">
      <w:pPr>
        <w:spacing w:after="80" w:line="360" w:lineRule="auto"/>
        <w:ind w:right="-148"/>
        <w:jc w:val="both"/>
        <w:rPr>
          <w:rFonts w:ascii="Times New Roman" w:hAnsi="Times New Roman" w:cs="Times New Roman"/>
          <w:bCs/>
          <w:sz w:val="24"/>
          <w:lang w:val="fr-FR"/>
        </w:rPr>
      </w:pPr>
      <w:r w:rsidRPr="006A0A89">
        <w:rPr>
          <w:rFonts w:ascii="Times New Roman" w:hAnsi="Times New Roman" w:cs="Times New Roman"/>
          <w:bCs/>
          <w:sz w:val="24"/>
          <w:lang w:val="fr-FR"/>
        </w:rPr>
        <w:t>Je soussigné(e), déclare faire acte de candidature afin de pourvoir l’un des deux postes actuellement vacants au sein du Comité Directeur de la Ligue de Tir du Languedoc-Roussillon, au titre de la spécialité choisie ci-dessous.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E27F14" w:rsidRPr="00E1754C" w14:paraId="074A6FB3" w14:textId="77777777">
        <w:trPr>
          <w:trHeight w:val="369"/>
        </w:trPr>
        <w:tc>
          <w:tcPr>
            <w:tcW w:w="5100" w:type="dxa"/>
            <w:vAlign w:val="center"/>
          </w:tcPr>
          <w:p w14:paraId="322536B5" w14:textId="09A431D8" w:rsidR="00E27F14" w:rsidRPr="00E1754C" w:rsidRDefault="00D83AAF" w:rsidP="009F495E">
            <w:pPr>
              <w:spacing w:after="0" w:line="360" w:lineRule="auto"/>
              <w:ind w:right="-5211"/>
              <w:rPr>
                <w:rFonts w:ascii="Times New Roman" w:hAnsi="Times New Roman" w:cs="Times New Roman"/>
                <w:sz w:val="20"/>
                <w:szCs w:val="24"/>
              </w:rPr>
            </w:pPr>
            <w:r w:rsidRPr="006723B0">
              <w:rPr>
                <w:rFonts w:ascii="Times New Roman" w:hAnsi="Times New Roman" w:cs="Times New Roman"/>
                <w:sz w:val="22"/>
                <w:szCs w:val="28"/>
              </w:rPr>
              <w:t>Nom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 xml:space="preserve"> : </w:t>
            </w:r>
            <w:r w:rsidR="000034B0" w:rsidRPr="00E1754C">
              <w:rPr>
                <w:rFonts w:ascii="Times New Roman" w:hAnsi="Times New Roman" w:cs="Times New Roman"/>
                <w:sz w:val="20"/>
                <w:szCs w:val="24"/>
              </w:rPr>
              <w:t>_________________________________________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>________________________________________________</w:t>
            </w:r>
          </w:p>
        </w:tc>
        <w:tc>
          <w:tcPr>
            <w:tcW w:w="5100" w:type="dxa"/>
            <w:vMerge w:val="restart"/>
            <w:vAlign w:val="center"/>
          </w:tcPr>
          <w:p w14:paraId="58B0877B" w14:textId="778383ED" w:rsidR="00E27F14" w:rsidRPr="00E1754C" w:rsidRDefault="009F495E" w:rsidP="009F495E">
            <w:pPr>
              <w:spacing w:before="500"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610C16F" wp14:editId="55ED5B75">
                      <wp:simplePos x="0" y="0"/>
                      <wp:positionH relativeFrom="column">
                        <wp:posOffset>1312545</wp:posOffset>
                      </wp:positionH>
                      <wp:positionV relativeFrom="paragraph">
                        <wp:posOffset>-254000</wp:posOffset>
                      </wp:positionV>
                      <wp:extent cx="1000125" cy="1304925"/>
                      <wp:effectExtent l="57150" t="19050" r="85725" b="104775"/>
                      <wp:wrapNone/>
                      <wp:docPr id="636429773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1304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1D3A3B" w14:textId="46D6462B" w:rsidR="009F495E" w:rsidRPr="009F495E" w:rsidRDefault="009F495E" w:rsidP="009F495E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14"/>
                                      <w:szCs w:val="18"/>
                                    </w:rPr>
                                  </w:pPr>
                                  <w:r w:rsidRPr="009F495E">
                                    <w:rPr>
                                      <w:rFonts w:ascii="Times New Roman" w:hAnsi="Times New Roman" w:cs="Times New Roman"/>
                                      <w:b/>
                                      <w:color w:val="548DD4" w:themeColor="text2" w:themeTint="99"/>
                                      <w:sz w:val="16"/>
                                      <w:szCs w:val="20"/>
                                    </w:rPr>
                                    <w:t>JOINDRE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548DD4" w:themeColor="text2" w:themeTint="99"/>
                                      <w:sz w:val="16"/>
                                      <w:szCs w:val="20"/>
                                    </w:rPr>
                                    <w:t xml:space="preserve"> UNE PHOTO</w:t>
                                  </w:r>
                                </w:p>
                                <w:p w14:paraId="39498E85" w14:textId="0E64CAE5" w:rsidR="009F495E" w:rsidRPr="009F495E" w:rsidRDefault="009F495E" w:rsidP="009F495E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14"/>
                                      <w:szCs w:val="18"/>
                                    </w:rPr>
                                  </w:pPr>
                                  <w:r w:rsidRPr="009F495E">
                                    <w:rPr>
                                      <w:rFonts w:ascii="Times New Roman" w:hAnsi="Times New Roman" w:cs="Times New Roman"/>
                                      <w:b/>
                                      <w:color w:val="548DD4" w:themeColor="text2" w:themeTint="99"/>
                                      <w:sz w:val="16"/>
                                      <w:szCs w:val="20"/>
                                    </w:rPr>
                                    <w:t>D’IDENTITÉ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10C16F" id="Rectangle 6" o:spid="_x0000_s1026" style="position:absolute;left:0;text-align:left;margin-left:103.35pt;margin-top:-20pt;width:78.75pt;height:10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" fillcolor="white [3212]" strokecolor="#4579b8 [3044]">
                      <v:shadow on="t" color="black" opacity="22937f" origin=",.5" offset="0,.63889mm"/>
                      <v:textbox>
                        <w:txbxContent>
                          <w:p w14:paraId="321D3A3B" w14:textId="46D6462B" w:rsidR="009F495E" w:rsidRPr="009F495E" w:rsidRDefault="009F495E" w:rsidP="009F495E">
                            <w:pPr>
                              <w:jc w:val="center"/>
                              <w:rPr>
                                <w:color w:val="548DD4" w:themeColor="text2" w:themeTint="99"/>
                                <w:sz w:val="14"/>
                                <w:szCs w:val="18"/>
                              </w:rPr>
                            </w:pPr>
                            <w:r w:rsidRPr="009F495E">
                              <w:rPr>
                                <w:rFonts w:ascii="Times New Roman" w:hAnsi="Times New Roman" w:cs="Times New Roman"/>
                                <w:b/>
                                <w:color w:val="548DD4" w:themeColor="text2" w:themeTint="99"/>
                                <w:sz w:val="16"/>
                                <w:szCs w:val="20"/>
                              </w:rPr>
                              <w:t>JOINDRE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548DD4" w:themeColor="text2" w:themeTint="99"/>
                                <w:sz w:val="16"/>
                                <w:szCs w:val="20"/>
                              </w:rPr>
                              <w:t xml:space="preserve"> UNE PHOTO</w:t>
                            </w:r>
                          </w:p>
                          <w:p w14:paraId="39498E85" w14:textId="0E64CAE5" w:rsidR="009F495E" w:rsidRPr="009F495E" w:rsidRDefault="009F495E" w:rsidP="009F495E">
                            <w:pPr>
                              <w:jc w:val="center"/>
                              <w:rPr>
                                <w:color w:val="548DD4" w:themeColor="text2" w:themeTint="99"/>
                                <w:sz w:val="14"/>
                                <w:szCs w:val="18"/>
                              </w:rPr>
                            </w:pPr>
                            <w:r w:rsidRPr="009F495E">
                              <w:rPr>
                                <w:rFonts w:ascii="Times New Roman" w:hAnsi="Times New Roman" w:cs="Times New Roman"/>
                                <w:b/>
                                <w:color w:val="548DD4" w:themeColor="text2" w:themeTint="99"/>
                                <w:sz w:val="16"/>
                                <w:szCs w:val="20"/>
                              </w:rPr>
                              <w:t>D’IDENTITÉ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580472E" wp14:editId="39E4A612">
                      <wp:simplePos x="0" y="0"/>
                      <wp:positionH relativeFrom="column">
                        <wp:posOffset>6077585</wp:posOffset>
                      </wp:positionH>
                      <wp:positionV relativeFrom="paragraph">
                        <wp:posOffset>3416935</wp:posOffset>
                      </wp:positionV>
                      <wp:extent cx="1038225" cy="1301750"/>
                      <wp:effectExtent l="0" t="0" r="0" b="0"/>
                      <wp:wrapNone/>
                      <wp:docPr id="392140135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528BEC" w14:textId="77777777" w:rsidR="009F495E" w:rsidRDefault="009F495E" w:rsidP="009F495E">
                                  <w:pPr>
                                    <w:spacing w:line="360" w:lineRule="auto"/>
                                    <w:jc w:val="center"/>
                                    <w:rPr>
                                      <w:i/>
                                    </w:rPr>
                                  </w:pPr>
                                </w:p>
                                <w:p w14:paraId="60CE8DA9" w14:textId="77777777" w:rsidR="009F495E" w:rsidRDefault="009F495E" w:rsidP="009F495E">
                                  <w:pPr>
                                    <w:spacing w:line="360" w:lineRule="auto"/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922EB1">
                                    <w:rPr>
                                      <w:i/>
                                    </w:rPr>
                                    <w:t xml:space="preserve">Joindre </w:t>
                                  </w:r>
                                </w:p>
                                <w:p w14:paraId="6F1D7DAF" w14:textId="77777777" w:rsidR="009F495E" w:rsidRPr="00922EB1" w:rsidRDefault="009F495E" w:rsidP="009F495E">
                                  <w:pPr>
                                    <w:spacing w:line="360" w:lineRule="auto"/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922EB1">
                                    <w:rPr>
                                      <w:i/>
                                    </w:rPr>
                                    <w:t>une photo d’identité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8047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7" type="#_x0000_t202" style="position:absolute;left:0;text-align:left;margin-left:478.55pt;margin-top:269.05pt;width:81.75pt;height:10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">
                      <v:textbox>
                        <w:txbxContent>
                          <w:p w14:paraId="13528BEC" w14:textId="77777777" w:rsidR="009F495E" w:rsidRDefault="009F495E" w:rsidP="009F495E">
                            <w:pPr>
                              <w:spacing w:line="360" w:lineRule="auto"/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60CE8DA9" w14:textId="77777777" w:rsidR="009F495E" w:rsidRDefault="009F495E" w:rsidP="009F495E">
                            <w:pPr>
                              <w:spacing w:line="360" w:lineRule="auto"/>
                              <w:jc w:val="center"/>
                              <w:rPr>
                                <w:i/>
                              </w:rPr>
                            </w:pPr>
                            <w:r w:rsidRPr="00922EB1">
                              <w:rPr>
                                <w:i/>
                              </w:rPr>
                              <w:t xml:space="preserve">Joindre </w:t>
                            </w:r>
                          </w:p>
                          <w:p w14:paraId="6F1D7DAF" w14:textId="77777777" w:rsidR="009F495E" w:rsidRPr="00922EB1" w:rsidRDefault="009F495E" w:rsidP="009F495E">
                            <w:pPr>
                              <w:spacing w:line="360" w:lineRule="auto"/>
                              <w:jc w:val="center"/>
                              <w:rPr>
                                <w:i/>
                              </w:rPr>
                            </w:pPr>
                            <w:r w:rsidRPr="00922EB1">
                              <w:rPr>
                                <w:i/>
                              </w:rPr>
                              <w:t>une photo d’identité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580472E" wp14:editId="6637F90F">
                      <wp:simplePos x="0" y="0"/>
                      <wp:positionH relativeFrom="column">
                        <wp:posOffset>6077585</wp:posOffset>
                      </wp:positionH>
                      <wp:positionV relativeFrom="paragraph">
                        <wp:posOffset>3416935</wp:posOffset>
                      </wp:positionV>
                      <wp:extent cx="1038225" cy="1301750"/>
                      <wp:effectExtent l="0" t="0" r="0" b="0"/>
                      <wp:wrapNone/>
                      <wp:docPr id="95793869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11892A" w14:textId="77777777" w:rsidR="009F495E" w:rsidRDefault="009F495E" w:rsidP="009F495E">
                                  <w:pPr>
                                    <w:spacing w:line="360" w:lineRule="auto"/>
                                    <w:jc w:val="center"/>
                                    <w:rPr>
                                      <w:i/>
                                    </w:rPr>
                                  </w:pPr>
                                </w:p>
                                <w:p w14:paraId="35C7DFC2" w14:textId="77777777" w:rsidR="009F495E" w:rsidRDefault="009F495E" w:rsidP="009F495E">
                                  <w:pPr>
                                    <w:spacing w:line="360" w:lineRule="auto"/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922EB1">
                                    <w:rPr>
                                      <w:i/>
                                    </w:rPr>
                                    <w:t xml:space="preserve">Joindre </w:t>
                                  </w:r>
                                </w:p>
                                <w:p w14:paraId="4FDFE49A" w14:textId="77777777" w:rsidR="009F495E" w:rsidRPr="00922EB1" w:rsidRDefault="009F495E" w:rsidP="009F495E">
                                  <w:pPr>
                                    <w:spacing w:line="360" w:lineRule="auto"/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922EB1">
                                    <w:rPr>
                                      <w:i/>
                                    </w:rPr>
                                    <w:t>une photo d’identité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0472E" id="Zone de texte 3" o:spid="_x0000_s1028" type="#_x0000_t202" style="position:absolute;left:0;text-align:left;margin-left:478.55pt;margin-top:269.05pt;width:81.75pt;height:10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">
                      <v:textbox>
                        <w:txbxContent>
                          <w:p w14:paraId="4211892A" w14:textId="77777777" w:rsidR="009F495E" w:rsidRDefault="009F495E" w:rsidP="009F495E">
                            <w:pPr>
                              <w:spacing w:line="360" w:lineRule="auto"/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35C7DFC2" w14:textId="77777777" w:rsidR="009F495E" w:rsidRDefault="009F495E" w:rsidP="009F495E">
                            <w:pPr>
                              <w:spacing w:line="360" w:lineRule="auto"/>
                              <w:jc w:val="center"/>
                              <w:rPr>
                                <w:i/>
                              </w:rPr>
                            </w:pPr>
                            <w:r w:rsidRPr="00922EB1">
                              <w:rPr>
                                <w:i/>
                              </w:rPr>
                              <w:t xml:space="preserve">Joindre </w:t>
                            </w:r>
                          </w:p>
                          <w:p w14:paraId="4FDFE49A" w14:textId="77777777" w:rsidR="009F495E" w:rsidRPr="00922EB1" w:rsidRDefault="009F495E" w:rsidP="009F495E">
                            <w:pPr>
                              <w:spacing w:line="360" w:lineRule="auto"/>
                              <w:jc w:val="center"/>
                              <w:rPr>
                                <w:i/>
                              </w:rPr>
                            </w:pPr>
                            <w:r w:rsidRPr="00922EB1">
                              <w:rPr>
                                <w:i/>
                              </w:rPr>
                              <w:t>une photo d’identité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AAF" w:rsidRPr="00E1754C">
              <w:rPr>
                <w:rFonts w:ascii="Times New Roman" w:hAnsi="Times New Roman" w:cs="Times New Roman"/>
                <w:b/>
                <w:sz w:val="20"/>
                <w:szCs w:val="24"/>
              </w:rPr>
              <w:t>PHOTO</w:t>
            </w:r>
            <w:r w:rsidR="00D83AAF" w:rsidRPr="00E1754C">
              <w:rPr>
                <w:rFonts w:ascii="Times New Roman" w:hAnsi="Times New Roman" w:cs="Times New Roman"/>
                <w:b/>
                <w:sz w:val="20"/>
                <w:szCs w:val="24"/>
              </w:rPr>
              <w:br/>
            </w:r>
          </w:p>
        </w:tc>
      </w:tr>
      <w:tr w:rsidR="00E27F14" w:rsidRPr="00E1754C" w14:paraId="03695976" w14:textId="77777777">
        <w:trPr>
          <w:trHeight w:val="369"/>
        </w:trPr>
        <w:tc>
          <w:tcPr>
            <w:tcW w:w="5100" w:type="dxa"/>
            <w:vAlign w:val="center"/>
          </w:tcPr>
          <w:p w14:paraId="4DABDCB9" w14:textId="3D7C2A4A" w:rsidR="00E27F14" w:rsidRPr="00E1754C" w:rsidRDefault="00D83AAF" w:rsidP="009F495E">
            <w:pPr>
              <w:spacing w:after="0" w:line="360" w:lineRule="auto"/>
              <w:ind w:right="-507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6723B0">
              <w:rPr>
                <w:rFonts w:ascii="Times New Roman" w:hAnsi="Times New Roman" w:cs="Times New Roman"/>
                <w:sz w:val="22"/>
                <w:szCs w:val="28"/>
              </w:rPr>
              <w:t>Prénom</w:t>
            </w:r>
            <w:proofErr w:type="spellEnd"/>
            <w:r w:rsidRPr="00E1754C">
              <w:rPr>
                <w:rFonts w:ascii="Times New Roman" w:hAnsi="Times New Roman" w:cs="Times New Roman"/>
                <w:sz w:val="20"/>
                <w:szCs w:val="24"/>
              </w:rPr>
              <w:t xml:space="preserve"> : ________________________________________________</w:t>
            </w:r>
          </w:p>
        </w:tc>
        <w:tc>
          <w:tcPr>
            <w:tcW w:w="5100" w:type="dxa"/>
            <w:vMerge/>
            <w:vAlign w:val="center"/>
          </w:tcPr>
          <w:p w14:paraId="553F95F9" w14:textId="77777777" w:rsidR="00E27F14" w:rsidRPr="00E1754C" w:rsidRDefault="00E27F14" w:rsidP="009F495E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27F14" w:rsidRPr="00E1754C" w14:paraId="390A4A8F" w14:textId="77777777">
        <w:trPr>
          <w:trHeight w:val="312"/>
        </w:trPr>
        <w:tc>
          <w:tcPr>
            <w:tcW w:w="5100" w:type="dxa"/>
            <w:vAlign w:val="center"/>
          </w:tcPr>
          <w:p w14:paraId="7B99BBD6" w14:textId="77777777" w:rsidR="00E27F14" w:rsidRPr="00E1754C" w:rsidRDefault="00D83AAF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6723B0">
              <w:rPr>
                <w:rFonts w:ascii="Times New Roman" w:hAnsi="Times New Roman" w:cs="Times New Roman"/>
                <w:sz w:val="22"/>
                <w:szCs w:val="28"/>
              </w:rPr>
              <w:t xml:space="preserve">Date de naissance 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>: ____ / ____ / ________</w:t>
            </w:r>
          </w:p>
        </w:tc>
        <w:tc>
          <w:tcPr>
            <w:tcW w:w="5100" w:type="dxa"/>
            <w:vMerge/>
            <w:vAlign w:val="center"/>
          </w:tcPr>
          <w:p w14:paraId="53C7F4E1" w14:textId="77777777" w:rsidR="00E27F14" w:rsidRPr="00E1754C" w:rsidRDefault="00E27F14" w:rsidP="009F495E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27F14" w:rsidRPr="00E1754C" w14:paraId="21AFA044" w14:textId="77777777">
        <w:trPr>
          <w:trHeight w:val="312"/>
        </w:trPr>
        <w:tc>
          <w:tcPr>
            <w:tcW w:w="5100" w:type="dxa"/>
            <w:vAlign w:val="center"/>
          </w:tcPr>
          <w:p w14:paraId="5ADB1C3A" w14:textId="491C07D1" w:rsidR="00E27F14" w:rsidRPr="00E1754C" w:rsidRDefault="00D83AAF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6723B0">
              <w:rPr>
                <w:rFonts w:ascii="Times New Roman" w:hAnsi="Times New Roman" w:cs="Times New Roman"/>
                <w:sz w:val="22"/>
                <w:szCs w:val="28"/>
              </w:rPr>
              <w:t>Adresse</w:t>
            </w:r>
            <w:proofErr w:type="spellEnd"/>
            <w:r w:rsidRPr="006723B0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proofErr w:type="spellStart"/>
            <w:r w:rsidRPr="006723B0">
              <w:rPr>
                <w:rFonts w:ascii="Times New Roman" w:hAnsi="Times New Roman" w:cs="Times New Roman"/>
                <w:sz w:val="22"/>
                <w:szCs w:val="28"/>
              </w:rPr>
              <w:t>personnelle</w:t>
            </w:r>
            <w:proofErr w:type="spellEnd"/>
            <w:r w:rsidRPr="006723B0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>: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 xml:space="preserve"> ________________________________________________</w:t>
            </w:r>
          </w:p>
        </w:tc>
        <w:tc>
          <w:tcPr>
            <w:tcW w:w="5100" w:type="dxa"/>
            <w:vMerge/>
            <w:vAlign w:val="center"/>
          </w:tcPr>
          <w:p w14:paraId="22D6B377" w14:textId="77777777" w:rsidR="00E27F14" w:rsidRPr="00E1754C" w:rsidRDefault="00E27F14" w:rsidP="009F495E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27F14" w:rsidRPr="00E1754C" w14:paraId="6DF0AEF2" w14:textId="77777777">
        <w:trPr>
          <w:trHeight w:val="312"/>
        </w:trPr>
        <w:tc>
          <w:tcPr>
            <w:tcW w:w="5100" w:type="dxa"/>
            <w:vAlign w:val="center"/>
          </w:tcPr>
          <w:p w14:paraId="709A1F00" w14:textId="77777777" w:rsidR="00E27F14" w:rsidRDefault="00D83AAF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>________________________________________________</w:t>
            </w:r>
          </w:p>
          <w:p w14:paraId="69A427D8" w14:textId="5364BC15" w:rsidR="00E1754C" w:rsidRPr="00E1754C" w:rsidRDefault="00E1754C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100" w:type="dxa"/>
            <w:vMerge/>
            <w:vAlign w:val="center"/>
          </w:tcPr>
          <w:p w14:paraId="59996CD3" w14:textId="77777777" w:rsidR="00E27F14" w:rsidRPr="00E1754C" w:rsidRDefault="00E27F14" w:rsidP="009F495E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27F14" w:rsidRPr="00E1754C" w14:paraId="40AE030F" w14:textId="77777777">
        <w:trPr>
          <w:trHeight w:val="312"/>
        </w:trPr>
        <w:tc>
          <w:tcPr>
            <w:tcW w:w="5100" w:type="dxa"/>
            <w:vAlign w:val="center"/>
          </w:tcPr>
          <w:p w14:paraId="309F013D" w14:textId="77777777" w:rsidR="00683684" w:rsidRDefault="00D83AAF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6723B0">
              <w:rPr>
                <w:rFonts w:ascii="Times New Roman" w:hAnsi="Times New Roman" w:cs="Times New Roman"/>
                <w:sz w:val="22"/>
                <w:szCs w:val="28"/>
              </w:rPr>
              <w:t xml:space="preserve">Téléphone domicile 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 xml:space="preserve">: __________________  </w:t>
            </w:r>
          </w:p>
          <w:p w14:paraId="45746104" w14:textId="5EF6091E" w:rsidR="00E27F14" w:rsidRPr="00C727C5" w:rsidRDefault="00E27F14" w:rsidP="009F495E">
            <w:pPr>
              <w:spacing w:after="0" w:line="360" w:lineRule="auto"/>
              <w:rPr>
                <w:rFonts w:ascii="Times New Roman" w:hAnsi="Times New Roman" w:cs="Times New Roman"/>
                <w:sz w:val="8"/>
                <w:szCs w:val="12"/>
              </w:rPr>
            </w:pPr>
          </w:p>
        </w:tc>
        <w:tc>
          <w:tcPr>
            <w:tcW w:w="5100" w:type="dxa"/>
            <w:vAlign w:val="center"/>
          </w:tcPr>
          <w:p w14:paraId="1CBAADE6" w14:textId="1FC8A396" w:rsidR="00E27F14" w:rsidRPr="00E1754C" w:rsidRDefault="00C727C5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6723B0">
              <w:rPr>
                <w:rFonts w:ascii="Times New Roman" w:hAnsi="Times New Roman" w:cs="Times New Roman"/>
                <w:sz w:val="22"/>
                <w:szCs w:val="28"/>
              </w:rPr>
              <w:t>Téléphone</w:t>
            </w:r>
            <w:proofErr w:type="spellEnd"/>
            <w:r w:rsidRPr="006723B0">
              <w:rPr>
                <w:rFonts w:ascii="Times New Roman" w:hAnsi="Times New Roman" w:cs="Times New Roman"/>
                <w:sz w:val="22"/>
                <w:szCs w:val="28"/>
              </w:rPr>
              <w:t xml:space="preserve"> portable 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>__________________</w:t>
            </w:r>
          </w:p>
        </w:tc>
      </w:tr>
      <w:tr w:rsidR="00E27F14" w:rsidRPr="00E1754C" w14:paraId="14717D20" w14:textId="77777777">
        <w:trPr>
          <w:trHeight w:val="312"/>
        </w:trPr>
        <w:tc>
          <w:tcPr>
            <w:tcW w:w="5100" w:type="dxa"/>
            <w:vAlign w:val="center"/>
          </w:tcPr>
          <w:p w14:paraId="6EB81A42" w14:textId="29BFD808" w:rsidR="00E27F14" w:rsidRPr="00E1754C" w:rsidRDefault="00D83AAF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6723B0">
              <w:rPr>
                <w:rFonts w:ascii="Times New Roman" w:hAnsi="Times New Roman" w:cs="Times New Roman"/>
                <w:sz w:val="22"/>
                <w:szCs w:val="28"/>
              </w:rPr>
              <w:t xml:space="preserve">E-mail 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>:</w:t>
            </w:r>
            <w:r w:rsidR="0068368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E1754C">
              <w:rPr>
                <w:rFonts w:ascii="Times New Roman" w:hAnsi="Times New Roman" w:cs="Times New Roman"/>
                <w:sz w:val="20"/>
                <w:szCs w:val="24"/>
              </w:rPr>
              <w:t>____________________________________</w:t>
            </w:r>
          </w:p>
        </w:tc>
        <w:tc>
          <w:tcPr>
            <w:tcW w:w="5100" w:type="dxa"/>
            <w:vAlign w:val="center"/>
          </w:tcPr>
          <w:p w14:paraId="27D43E94" w14:textId="77777777" w:rsidR="00E27F14" w:rsidRPr="00E1754C" w:rsidRDefault="00E27F14" w:rsidP="009F495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76144992" w14:textId="77777777" w:rsidR="003F0598" w:rsidRPr="00C727C5" w:rsidRDefault="003F0598" w:rsidP="009F495E">
      <w:pPr>
        <w:spacing w:before="60" w:line="360" w:lineRule="auto"/>
        <w:rPr>
          <w:rFonts w:ascii="Times New Roman" w:hAnsi="Times New Roman" w:cs="Times New Roman"/>
          <w:sz w:val="8"/>
          <w:szCs w:val="8"/>
        </w:rPr>
      </w:pPr>
    </w:p>
    <w:p w14:paraId="60D9E16E" w14:textId="7E2D660A" w:rsidR="00E27F14" w:rsidRPr="00E1754C" w:rsidRDefault="003F0598" w:rsidP="009F495E">
      <w:pPr>
        <w:spacing w:before="60" w:line="36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</w:t>
      </w:r>
      <w:proofErr w:type="spellStart"/>
      <w:r w:rsidR="00D83AAF" w:rsidRPr="006723B0">
        <w:rPr>
          <w:rFonts w:ascii="Times New Roman" w:hAnsi="Times New Roman" w:cs="Times New Roman"/>
          <w:sz w:val="22"/>
          <w:szCs w:val="28"/>
        </w:rPr>
        <w:t>Licence</w:t>
      </w:r>
      <w:proofErr w:type="spellEnd"/>
      <w:r w:rsidR="00D83AAF" w:rsidRPr="006723B0">
        <w:rPr>
          <w:rFonts w:ascii="Times New Roman" w:hAnsi="Times New Roman" w:cs="Times New Roman"/>
          <w:sz w:val="22"/>
          <w:szCs w:val="28"/>
        </w:rPr>
        <w:t xml:space="preserve"> n° </w:t>
      </w:r>
      <w:r w:rsidR="00D83AAF" w:rsidRPr="00E1754C">
        <w:rPr>
          <w:rFonts w:ascii="Times New Roman" w:hAnsi="Times New Roman" w:cs="Times New Roman"/>
          <w:sz w:val="20"/>
          <w:szCs w:val="24"/>
        </w:rPr>
        <w:t xml:space="preserve">: _________________________________    </w:t>
      </w:r>
      <w:r w:rsidR="005D4F46">
        <w:rPr>
          <w:rFonts w:ascii="Times New Roman" w:hAnsi="Times New Roman" w:cs="Times New Roman"/>
          <w:sz w:val="20"/>
          <w:szCs w:val="24"/>
        </w:rPr>
        <w:tab/>
        <w:t xml:space="preserve">  </w:t>
      </w:r>
      <w:r w:rsidR="00D83AAF" w:rsidRPr="00E1754C">
        <w:rPr>
          <w:rFonts w:ascii="Times New Roman" w:hAnsi="Times New Roman" w:cs="Times New Roman"/>
          <w:sz w:val="20"/>
          <w:szCs w:val="24"/>
        </w:rPr>
        <w:t xml:space="preserve"> </w:t>
      </w:r>
      <w:r w:rsidR="00D83AAF" w:rsidRPr="006723B0">
        <w:rPr>
          <w:rFonts w:ascii="Times New Roman" w:hAnsi="Times New Roman" w:cs="Times New Roman"/>
          <w:sz w:val="22"/>
          <w:szCs w:val="28"/>
        </w:rPr>
        <w:t>Club</w:t>
      </w:r>
      <w:r w:rsidR="00D83AAF" w:rsidRPr="00E1754C">
        <w:rPr>
          <w:rFonts w:ascii="Times New Roman" w:hAnsi="Times New Roman" w:cs="Times New Roman"/>
          <w:sz w:val="20"/>
          <w:szCs w:val="24"/>
        </w:rPr>
        <w:t xml:space="preserve"> : _____________________________________</w:t>
      </w:r>
    </w:p>
    <w:p w14:paraId="5F8841C8" w14:textId="77777777" w:rsidR="003F0598" w:rsidRDefault="003F0598" w:rsidP="009F495E">
      <w:pPr>
        <w:spacing w:before="60" w:after="60" w:line="360" w:lineRule="auto"/>
        <w:rPr>
          <w:rFonts w:ascii="Times New Roman" w:hAnsi="Times New Roman" w:cs="Times New Roman"/>
          <w:b/>
          <w:sz w:val="20"/>
          <w:szCs w:val="24"/>
        </w:rPr>
      </w:pPr>
    </w:p>
    <w:p w14:paraId="21AA2AA1" w14:textId="476DEF75" w:rsidR="00E27F14" w:rsidRPr="006723B0" w:rsidRDefault="00D83AAF" w:rsidP="009F495E">
      <w:pPr>
        <w:spacing w:before="60" w:after="60" w:line="360" w:lineRule="auto"/>
        <w:rPr>
          <w:rFonts w:ascii="Times New Roman" w:hAnsi="Times New Roman" w:cs="Times New Roman"/>
          <w:sz w:val="24"/>
          <w:szCs w:val="32"/>
        </w:rPr>
      </w:pPr>
      <w:r w:rsidRPr="006723B0">
        <w:rPr>
          <w:rFonts w:ascii="Times New Roman" w:hAnsi="Times New Roman" w:cs="Times New Roman"/>
          <w:b/>
          <w:sz w:val="24"/>
          <w:szCs w:val="32"/>
        </w:rPr>
        <w:t xml:space="preserve">Je </w:t>
      </w:r>
      <w:proofErr w:type="spellStart"/>
      <w:r w:rsidRPr="006723B0">
        <w:rPr>
          <w:rFonts w:ascii="Times New Roman" w:hAnsi="Times New Roman" w:cs="Times New Roman"/>
          <w:b/>
          <w:sz w:val="24"/>
          <w:szCs w:val="32"/>
        </w:rPr>
        <w:t>présente</w:t>
      </w:r>
      <w:proofErr w:type="spellEnd"/>
      <w:r w:rsidRPr="006723B0">
        <w:rPr>
          <w:rFonts w:ascii="Times New Roman" w:hAnsi="Times New Roman" w:cs="Times New Roman"/>
          <w:b/>
          <w:sz w:val="24"/>
          <w:szCs w:val="32"/>
        </w:rPr>
        <w:t xml:space="preserve"> ma candidature pour le poste spécialisé suivant (cocher une seule case)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0"/>
      </w:tblGrid>
      <w:tr w:rsidR="00E27F14" w:rsidRPr="006723B0" w14:paraId="57A93210" w14:textId="77777777">
        <w:trPr>
          <w:trHeight w:val="312"/>
        </w:trPr>
        <w:tc>
          <w:tcPr>
            <w:tcW w:w="10200" w:type="dxa"/>
            <w:vAlign w:val="center"/>
          </w:tcPr>
          <w:p w14:paraId="18322B06" w14:textId="77777777" w:rsidR="00E27F14" w:rsidRPr="006723B0" w:rsidRDefault="00D83AAF" w:rsidP="009F49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6723B0">
              <w:rPr>
                <w:rFonts w:ascii="Segoe UI Symbol" w:hAnsi="Segoe UI Symbol" w:cs="Segoe UI Symbol"/>
                <w:sz w:val="24"/>
                <w:szCs w:val="32"/>
              </w:rPr>
              <w:t>☐</w:t>
            </w:r>
            <w:r w:rsidRPr="006723B0">
              <w:rPr>
                <w:rFonts w:ascii="Times New Roman" w:hAnsi="Times New Roman" w:cs="Times New Roman"/>
                <w:sz w:val="24"/>
                <w:szCs w:val="32"/>
              </w:rPr>
              <w:t xml:space="preserve"> Poste spécialisé « Athlète de Haut Niveau »</w:t>
            </w:r>
          </w:p>
        </w:tc>
      </w:tr>
      <w:tr w:rsidR="00E27F14" w:rsidRPr="006723B0" w14:paraId="3DA9AA67" w14:textId="77777777">
        <w:trPr>
          <w:trHeight w:val="312"/>
        </w:trPr>
        <w:tc>
          <w:tcPr>
            <w:tcW w:w="10200" w:type="dxa"/>
            <w:vAlign w:val="center"/>
          </w:tcPr>
          <w:p w14:paraId="10F26216" w14:textId="77777777" w:rsidR="00E27F14" w:rsidRPr="006723B0" w:rsidRDefault="00D83AAF" w:rsidP="009F495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6723B0">
              <w:rPr>
                <w:rFonts w:ascii="Segoe UI Symbol" w:hAnsi="Segoe UI Symbol" w:cs="Segoe UI Symbol"/>
                <w:sz w:val="24"/>
                <w:szCs w:val="32"/>
              </w:rPr>
              <w:t>☐</w:t>
            </w:r>
            <w:r w:rsidRPr="006723B0">
              <w:rPr>
                <w:rFonts w:ascii="Times New Roman" w:hAnsi="Times New Roman" w:cs="Times New Roman"/>
                <w:sz w:val="24"/>
                <w:szCs w:val="32"/>
              </w:rPr>
              <w:t xml:space="preserve"> Poste spécialisé « Tir aux Armes Réglementaires (T.A.R.) »</w:t>
            </w:r>
          </w:p>
        </w:tc>
      </w:tr>
    </w:tbl>
    <w:p w14:paraId="6D7910D1" w14:textId="77777777" w:rsidR="003F0598" w:rsidRPr="006723B0" w:rsidRDefault="003F0598">
      <w:pPr>
        <w:spacing w:before="80"/>
        <w:rPr>
          <w:rFonts w:ascii="Times New Roman" w:hAnsi="Times New Roman" w:cs="Times New Roman"/>
          <w:b/>
          <w:sz w:val="22"/>
          <w:szCs w:val="28"/>
        </w:rPr>
      </w:pPr>
    </w:p>
    <w:p w14:paraId="30FB050A" w14:textId="09506D2D" w:rsidR="00E27F14" w:rsidRDefault="00D83AAF">
      <w:pPr>
        <w:spacing w:before="80"/>
        <w:rPr>
          <w:rFonts w:ascii="Times New Roman" w:hAnsi="Times New Roman" w:cs="Times New Roman"/>
          <w:b/>
          <w:sz w:val="24"/>
          <w:szCs w:val="32"/>
          <w:u w:val="single"/>
        </w:rPr>
      </w:pPr>
      <w:r w:rsidRPr="009F495E">
        <w:rPr>
          <w:rFonts w:ascii="Times New Roman" w:hAnsi="Times New Roman" w:cs="Times New Roman"/>
          <w:b/>
          <w:sz w:val="24"/>
          <w:szCs w:val="32"/>
          <w:u w:val="single"/>
        </w:rPr>
        <w:lastRenderedPageBreak/>
        <w:t>Motivation de la candidature</w:t>
      </w:r>
    </w:p>
    <w:p w14:paraId="59725F11" w14:textId="77777777" w:rsidR="009F495E" w:rsidRPr="009F495E" w:rsidRDefault="009F495E">
      <w:pPr>
        <w:spacing w:before="80"/>
        <w:rPr>
          <w:rFonts w:ascii="Times New Roman" w:hAnsi="Times New Roman" w:cs="Times New Roman"/>
          <w:sz w:val="8"/>
          <w:szCs w:val="8"/>
          <w:u w:val="single"/>
        </w:rPr>
      </w:pPr>
    </w:p>
    <w:p w14:paraId="28FD1F62" w14:textId="77777777" w:rsidR="00E27F14" w:rsidRDefault="00D83AAF" w:rsidP="009F495E">
      <w:pPr>
        <w:rPr>
          <w:rFonts w:ascii="Times New Roman" w:hAnsi="Times New Roman" w:cs="Times New Roman"/>
          <w:sz w:val="24"/>
          <w:szCs w:val="32"/>
        </w:rPr>
      </w:pPr>
      <w:r w:rsidRPr="006723B0">
        <w:rPr>
          <w:rFonts w:ascii="Times New Roman" w:hAnsi="Times New Roman" w:cs="Times New Roman"/>
          <w:sz w:val="24"/>
          <w:szCs w:val="32"/>
        </w:rPr>
        <w:t xml:space="preserve">Votre engagement au sein du Comité Directeur de la Ligue de Tir LR nécessite de la disponibilité afin de remplir correctement les missions pour </w:t>
      </w:r>
      <w:proofErr w:type="spellStart"/>
      <w:r w:rsidRPr="006723B0">
        <w:rPr>
          <w:rFonts w:ascii="Times New Roman" w:hAnsi="Times New Roman" w:cs="Times New Roman"/>
          <w:sz w:val="24"/>
          <w:szCs w:val="32"/>
        </w:rPr>
        <w:t>lesquelles</w:t>
      </w:r>
      <w:proofErr w:type="spellEnd"/>
      <w:r w:rsidRPr="006723B0">
        <w:rPr>
          <w:rFonts w:ascii="Times New Roman" w:hAnsi="Times New Roman" w:cs="Times New Roman"/>
          <w:sz w:val="24"/>
          <w:szCs w:val="32"/>
        </w:rPr>
        <w:t xml:space="preserve"> vous </w:t>
      </w:r>
      <w:proofErr w:type="spellStart"/>
      <w:r w:rsidRPr="006723B0">
        <w:rPr>
          <w:rFonts w:ascii="Times New Roman" w:hAnsi="Times New Roman" w:cs="Times New Roman"/>
          <w:sz w:val="24"/>
          <w:szCs w:val="32"/>
        </w:rPr>
        <w:t>serez</w:t>
      </w:r>
      <w:proofErr w:type="spellEnd"/>
      <w:r w:rsidRPr="006723B0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6723B0">
        <w:rPr>
          <w:rFonts w:ascii="Times New Roman" w:hAnsi="Times New Roman" w:cs="Times New Roman"/>
          <w:sz w:val="24"/>
          <w:szCs w:val="32"/>
        </w:rPr>
        <w:t>élu</w:t>
      </w:r>
      <w:proofErr w:type="spellEnd"/>
      <w:r w:rsidRPr="006723B0">
        <w:rPr>
          <w:rFonts w:ascii="Times New Roman" w:hAnsi="Times New Roman" w:cs="Times New Roman"/>
          <w:sz w:val="24"/>
          <w:szCs w:val="32"/>
        </w:rPr>
        <w:t>(e).</w:t>
      </w:r>
    </w:p>
    <w:p w14:paraId="444BEC0B" w14:textId="77777777" w:rsidR="009F495E" w:rsidRPr="009F495E" w:rsidRDefault="009F495E" w:rsidP="009F495E">
      <w:pPr>
        <w:rPr>
          <w:rFonts w:ascii="Times New Roman" w:hAnsi="Times New Roman" w:cs="Times New Roman"/>
          <w:sz w:val="8"/>
          <w:szCs w:val="8"/>
        </w:rPr>
      </w:pPr>
    </w:p>
    <w:p w14:paraId="11A9C8C6" w14:textId="4F49EAF2" w:rsidR="00E27F14" w:rsidRPr="00E1754C" w:rsidRDefault="00D83AAF" w:rsidP="009F495E">
      <w:pPr>
        <w:spacing w:after="20" w:line="480" w:lineRule="auto"/>
        <w:rPr>
          <w:rFonts w:ascii="Times New Roman" w:hAnsi="Times New Roman" w:cs="Times New Roman"/>
          <w:sz w:val="20"/>
          <w:szCs w:val="24"/>
        </w:rPr>
      </w:pPr>
      <w:r w:rsidRPr="00E1754C"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</w:t>
      </w:r>
    </w:p>
    <w:p w14:paraId="3988030F" w14:textId="04E232DD" w:rsidR="00E27F14" w:rsidRPr="00E1754C" w:rsidRDefault="00D83AAF" w:rsidP="009F495E">
      <w:pPr>
        <w:spacing w:after="20" w:line="480" w:lineRule="auto"/>
        <w:rPr>
          <w:rFonts w:ascii="Times New Roman" w:hAnsi="Times New Roman" w:cs="Times New Roman"/>
          <w:sz w:val="20"/>
          <w:szCs w:val="24"/>
        </w:rPr>
      </w:pPr>
      <w:r w:rsidRPr="00E1754C"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</w:t>
      </w:r>
    </w:p>
    <w:p w14:paraId="31EA39F5" w14:textId="74C5EB93" w:rsidR="00E27F14" w:rsidRPr="00E1754C" w:rsidRDefault="00D83AAF" w:rsidP="009F495E">
      <w:pPr>
        <w:spacing w:after="20" w:line="480" w:lineRule="auto"/>
        <w:rPr>
          <w:rFonts w:ascii="Times New Roman" w:hAnsi="Times New Roman" w:cs="Times New Roman"/>
          <w:sz w:val="20"/>
          <w:szCs w:val="24"/>
        </w:rPr>
      </w:pPr>
      <w:r w:rsidRPr="00E1754C"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</w:t>
      </w:r>
    </w:p>
    <w:p w14:paraId="01BE27E0" w14:textId="67EB5572" w:rsidR="00E27F14" w:rsidRDefault="00D83AAF" w:rsidP="009F495E">
      <w:pPr>
        <w:spacing w:after="20" w:line="480" w:lineRule="auto"/>
        <w:rPr>
          <w:rFonts w:ascii="Times New Roman" w:hAnsi="Times New Roman" w:cs="Times New Roman"/>
          <w:sz w:val="20"/>
          <w:szCs w:val="24"/>
        </w:rPr>
      </w:pPr>
      <w:r w:rsidRPr="00E1754C"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</w:t>
      </w:r>
    </w:p>
    <w:p w14:paraId="2F2E8A27" w14:textId="77777777" w:rsidR="006723B0" w:rsidRPr="00E1754C" w:rsidRDefault="006723B0" w:rsidP="009F495E">
      <w:pPr>
        <w:spacing w:after="20" w:line="480" w:lineRule="auto"/>
        <w:rPr>
          <w:rFonts w:ascii="Times New Roman" w:hAnsi="Times New Roman" w:cs="Times New Roman"/>
          <w:sz w:val="20"/>
          <w:szCs w:val="24"/>
        </w:rPr>
      </w:pPr>
      <w:r w:rsidRPr="00E1754C"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</w:t>
      </w:r>
    </w:p>
    <w:p w14:paraId="2776BCB5" w14:textId="77777777" w:rsidR="006723B0" w:rsidRPr="00E1754C" w:rsidRDefault="006723B0" w:rsidP="009F495E">
      <w:pPr>
        <w:spacing w:after="20" w:line="480" w:lineRule="auto"/>
        <w:rPr>
          <w:rFonts w:ascii="Times New Roman" w:hAnsi="Times New Roman" w:cs="Times New Roman"/>
          <w:sz w:val="20"/>
          <w:szCs w:val="24"/>
        </w:rPr>
      </w:pPr>
      <w:r w:rsidRPr="00E1754C"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</w:t>
      </w:r>
    </w:p>
    <w:p w14:paraId="11323620" w14:textId="77777777" w:rsidR="006723B0" w:rsidRDefault="006723B0" w:rsidP="009F495E">
      <w:pPr>
        <w:spacing w:after="20" w:line="480" w:lineRule="auto"/>
        <w:rPr>
          <w:rFonts w:ascii="Times New Roman" w:hAnsi="Times New Roman" w:cs="Times New Roman"/>
          <w:sz w:val="20"/>
          <w:szCs w:val="24"/>
        </w:rPr>
      </w:pPr>
      <w:r w:rsidRPr="00E1754C">
        <w:rPr>
          <w:rFonts w:ascii="Times New Roman" w:hAnsi="Times New Roman" w:cs="Times New Roman"/>
          <w:sz w:val="20"/>
          <w:szCs w:val="24"/>
        </w:rPr>
        <w:t>______________________________________________________________________________________________________</w:t>
      </w:r>
    </w:p>
    <w:p w14:paraId="74DF6B21" w14:textId="77777777" w:rsidR="007F103C" w:rsidRDefault="007F103C">
      <w:pPr>
        <w:spacing w:after="20"/>
        <w:rPr>
          <w:rFonts w:ascii="Times New Roman" w:hAnsi="Times New Roman" w:cs="Times New Roman"/>
          <w:sz w:val="20"/>
          <w:szCs w:val="24"/>
        </w:rPr>
      </w:pPr>
    </w:p>
    <w:p w14:paraId="2C3F4B9E" w14:textId="77777777" w:rsidR="007F103C" w:rsidRPr="00E1754C" w:rsidRDefault="007F103C">
      <w:pPr>
        <w:spacing w:after="20"/>
        <w:rPr>
          <w:rFonts w:ascii="Times New Roman" w:hAnsi="Times New Roman" w:cs="Times New Roman"/>
          <w:sz w:val="20"/>
          <w:szCs w:val="24"/>
        </w:rPr>
      </w:pPr>
    </w:p>
    <w:p w14:paraId="770C74DE" w14:textId="77777777" w:rsidR="00E27F14" w:rsidRPr="006723B0" w:rsidRDefault="00D83AAF">
      <w:pPr>
        <w:spacing w:before="6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Times New Roman" w:hAnsi="Times New Roman" w:cs="Times New Roman"/>
          <w:sz w:val="22"/>
          <w:szCs w:val="28"/>
        </w:rPr>
        <w:t>Fait à : ________________________________    Le : ____ / ____ / ________</w:t>
      </w:r>
    </w:p>
    <w:p w14:paraId="467A79B3" w14:textId="77777777" w:rsidR="005D4F46" w:rsidRPr="00E1754C" w:rsidRDefault="005D4F46">
      <w:pPr>
        <w:spacing w:before="60"/>
        <w:rPr>
          <w:rFonts w:ascii="Times New Roman" w:hAnsi="Times New Roman" w:cs="Times New Roman"/>
          <w:sz w:val="20"/>
          <w:szCs w:val="24"/>
        </w:rPr>
      </w:pPr>
    </w:p>
    <w:p w14:paraId="33EC6735" w14:textId="77777777" w:rsidR="00E27F14" w:rsidRPr="006723B0" w:rsidRDefault="00D83AAF">
      <w:pPr>
        <w:spacing w:before="4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Times New Roman" w:hAnsi="Times New Roman" w:cs="Times New Roman"/>
          <w:b/>
          <w:sz w:val="22"/>
          <w:szCs w:val="28"/>
        </w:rPr>
        <w:t>Signature du/de la candidat(e) :</w:t>
      </w:r>
    </w:p>
    <w:p w14:paraId="0F401EB8" w14:textId="77777777" w:rsidR="00E27F14" w:rsidRPr="006723B0" w:rsidRDefault="00D83AAF">
      <w:pPr>
        <w:spacing w:after="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Times New Roman" w:hAnsi="Times New Roman" w:cs="Times New Roman"/>
          <w:sz w:val="22"/>
          <w:szCs w:val="28"/>
        </w:rPr>
        <w:t xml:space="preserve"> </w:t>
      </w:r>
    </w:p>
    <w:p w14:paraId="626ADC0A" w14:textId="77777777" w:rsidR="009F495E" w:rsidRDefault="009F495E">
      <w:pPr>
        <w:spacing w:before="40"/>
        <w:rPr>
          <w:rFonts w:ascii="Times New Roman" w:hAnsi="Times New Roman" w:cs="Times New Roman"/>
          <w:b/>
          <w:sz w:val="22"/>
          <w:szCs w:val="28"/>
        </w:rPr>
      </w:pPr>
    </w:p>
    <w:p w14:paraId="63E2EAD1" w14:textId="77777777" w:rsidR="009F495E" w:rsidRDefault="009F495E">
      <w:pPr>
        <w:spacing w:before="40"/>
        <w:rPr>
          <w:rFonts w:ascii="Times New Roman" w:hAnsi="Times New Roman" w:cs="Times New Roman"/>
          <w:b/>
          <w:sz w:val="22"/>
          <w:szCs w:val="28"/>
        </w:rPr>
      </w:pPr>
    </w:p>
    <w:p w14:paraId="1818299A" w14:textId="77777777" w:rsidR="009F495E" w:rsidRDefault="009F495E">
      <w:pPr>
        <w:spacing w:before="40"/>
        <w:rPr>
          <w:rFonts w:ascii="Times New Roman" w:hAnsi="Times New Roman" w:cs="Times New Roman"/>
          <w:b/>
          <w:sz w:val="22"/>
          <w:szCs w:val="28"/>
        </w:rPr>
      </w:pPr>
    </w:p>
    <w:p w14:paraId="2255F535" w14:textId="77777777" w:rsidR="009F495E" w:rsidRDefault="009F495E">
      <w:pPr>
        <w:spacing w:before="40"/>
        <w:rPr>
          <w:rFonts w:ascii="Times New Roman" w:hAnsi="Times New Roman" w:cs="Times New Roman"/>
          <w:b/>
          <w:sz w:val="22"/>
          <w:szCs w:val="28"/>
        </w:rPr>
      </w:pPr>
    </w:p>
    <w:p w14:paraId="387007D5" w14:textId="77777777" w:rsidR="009F495E" w:rsidRDefault="009F495E">
      <w:pPr>
        <w:spacing w:before="40"/>
        <w:rPr>
          <w:rFonts w:ascii="Times New Roman" w:hAnsi="Times New Roman" w:cs="Times New Roman"/>
          <w:b/>
          <w:sz w:val="22"/>
          <w:szCs w:val="28"/>
        </w:rPr>
      </w:pPr>
    </w:p>
    <w:p w14:paraId="007857BF" w14:textId="56ACA62E" w:rsidR="00E53DA1" w:rsidRPr="006723B0" w:rsidRDefault="00D83AAF">
      <w:pPr>
        <w:spacing w:before="4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Times New Roman" w:hAnsi="Times New Roman" w:cs="Times New Roman"/>
          <w:b/>
          <w:sz w:val="22"/>
          <w:szCs w:val="28"/>
        </w:rPr>
        <w:t>PIÈCES À JOINDRE OBLIGATOIREMENT</w:t>
      </w:r>
      <w:r w:rsidRPr="006723B0">
        <w:rPr>
          <w:rFonts w:ascii="Times New Roman" w:hAnsi="Times New Roman" w:cs="Times New Roman"/>
          <w:sz w:val="22"/>
          <w:szCs w:val="28"/>
        </w:rPr>
        <w:t xml:space="preserve"> : </w:t>
      </w:r>
    </w:p>
    <w:p w14:paraId="3B8FA366" w14:textId="77777777" w:rsidR="00E53DA1" w:rsidRPr="006723B0" w:rsidRDefault="00D83AAF">
      <w:pPr>
        <w:spacing w:before="4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Segoe UI Symbol" w:hAnsi="Segoe UI Symbol" w:cs="Segoe UI Symbol"/>
          <w:sz w:val="22"/>
          <w:szCs w:val="28"/>
        </w:rPr>
        <w:t>☐</w:t>
      </w:r>
      <w:r w:rsidRPr="006723B0">
        <w:rPr>
          <w:rFonts w:ascii="Times New Roman" w:hAnsi="Times New Roman" w:cs="Times New Roman"/>
          <w:sz w:val="22"/>
          <w:szCs w:val="28"/>
        </w:rPr>
        <w:t xml:space="preserve"> Photo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d’identité</w:t>
      </w:r>
      <w:proofErr w:type="spellEnd"/>
      <w:r w:rsidRPr="006723B0">
        <w:rPr>
          <w:rFonts w:ascii="Times New Roman" w:hAnsi="Times New Roman" w:cs="Times New Roman"/>
          <w:sz w:val="22"/>
          <w:szCs w:val="28"/>
        </w:rPr>
        <w:t xml:space="preserve">   </w:t>
      </w:r>
    </w:p>
    <w:p w14:paraId="29E730BE" w14:textId="23CAF116" w:rsidR="00E27F14" w:rsidRPr="006723B0" w:rsidRDefault="00D83AAF">
      <w:pPr>
        <w:spacing w:before="4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Segoe UI Symbol" w:hAnsi="Segoe UI Symbol" w:cs="Segoe UI Symbol"/>
          <w:sz w:val="22"/>
          <w:szCs w:val="28"/>
        </w:rPr>
        <w:t>☐</w:t>
      </w:r>
      <w:r w:rsidRPr="006723B0">
        <w:rPr>
          <w:rFonts w:ascii="Times New Roman" w:hAnsi="Times New Roman" w:cs="Times New Roman"/>
          <w:sz w:val="22"/>
          <w:szCs w:val="28"/>
        </w:rPr>
        <w:t xml:space="preserve">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Copie</w:t>
      </w:r>
      <w:proofErr w:type="spellEnd"/>
      <w:r w:rsidRPr="006723B0">
        <w:rPr>
          <w:rFonts w:ascii="Times New Roman" w:hAnsi="Times New Roman" w:cs="Times New Roman"/>
          <w:sz w:val="22"/>
          <w:szCs w:val="28"/>
        </w:rPr>
        <w:t xml:space="preserve"> de la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licence</w:t>
      </w:r>
      <w:proofErr w:type="spellEnd"/>
      <w:r w:rsidRPr="006723B0">
        <w:rPr>
          <w:rFonts w:ascii="Times New Roman" w:hAnsi="Times New Roman" w:cs="Times New Roman"/>
          <w:sz w:val="22"/>
          <w:szCs w:val="28"/>
        </w:rPr>
        <w:t xml:space="preserve">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en</w:t>
      </w:r>
      <w:proofErr w:type="spellEnd"/>
      <w:r w:rsidRPr="006723B0">
        <w:rPr>
          <w:rFonts w:ascii="Times New Roman" w:hAnsi="Times New Roman" w:cs="Times New Roman"/>
          <w:sz w:val="22"/>
          <w:szCs w:val="28"/>
        </w:rPr>
        <w:t xml:space="preserve">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cours</w:t>
      </w:r>
      <w:proofErr w:type="spellEnd"/>
      <w:r w:rsidRPr="006723B0">
        <w:rPr>
          <w:rFonts w:ascii="Times New Roman" w:hAnsi="Times New Roman" w:cs="Times New Roman"/>
          <w:sz w:val="22"/>
          <w:szCs w:val="28"/>
        </w:rPr>
        <w:t xml:space="preserve"> de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validité</w:t>
      </w:r>
      <w:proofErr w:type="spellEnd"/>
    </w:p>
    <w:p w14:paraId="206E5F56" w14:textId="77777777" w:rsidR="0081190A" w:rsidRPr="006723B0" w:rsidRDefault="0081190A">
      <w:pPr>
        <w:spacing w:before="40"/>
        <w:rPr>
          <w:rFonts w:ascii="Times New Roman" w:hAnsi="Times New Roman" w:cs="Times New Roman"/>
          <w:sz w:val="22"/>
          <w:szCs w:val="28"/>
        </w:rPr>
      </w:pPr>
    </w:p>
    <w:p w14:paraId="2545AFD5" w14:textId="77777777" w:rsidR="00E27F14" w:rsidRPr="006723B0" w:rsidRDefault="00D83AAF">
      <w:pPr>
        <w:spacing w:before="40" w:after="2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Times New Roman" w:hAnsi="Times New Roman" w:cs="Times New Roman"/>
          <w:b/>
          <w:sz w:val="22"/>
          <w:szCs w:val="28"/>
        </w:rPr>
        <w:t>IMPORTANT</w:t>
      </w:r>
      <w:r w:rsidRPr="006723B0">
        <w:rPr>
          <w:rFonts w:ascii="Times New Roman" w:hAnsi="Times New Roman" w:cs="Times New Roman"/>
          <w:sz w:val="22"/>
          <w:szCs w:val="28"/>
        </w:rPr>
        <w:t xml:space="preserve"> – La fiche doit être intégralement renseignée pour que la candidature puisse être prise en compte.</w:t>
      </w:r>
    </w:p>
    <w:p w14:paraId="0C9E3609" w14:textId="77777777" w:rsidR="006723B0" w:rsidRDefault="006723B0">
      <w:pPr>
        <w:spacing w:before="40" w:after="20"/>
        <w:rPr>
          <w:rFonts w:ascii="Times New Roman" w:hAnsi="Times New Roman" w:cs="Times New Roman"/>
          <w:b/>
          <w:sz w:val="22"/>
          <w:szCs w:val="28"/>
        </w:rPr>
      </w:pPr>
    </w:p>
    <w:p w14:paraId="7D774ACD" w14:textId="4EB83A37" w:rsidR="00E27F14" w:rsidRPr="006723B0" w:rsidRDefault="00D83AAF">
      <w:pPr>
        <w:spacing w:before="40" w:after="2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Times New Roman" w:hAnsi="Times New Roman" w:cs="Times New Roman"/>
          <w:b/>
          <w:sz w:val="22"/>
          <w:szCs w:val="28"/>
        </w:rPr>
        <w:t xml:space="preserve">DATE LIMITE DE RÉCEPTION : </w:t>
      </w:r>
      <w:r w:rsidRPr="006723B0">
        <w:rPr>
          <w:rFonts w:ascii="Times New Roman" w:hAnsi="Times New Roman" w:cs="Times New Roman"/>
          <w:b/>
          <w:color w:val="EE0000"/>
          <w:sz w:val="24"/>
          <w:szCs w:val="32"/>
        </w:rPr>
        <w:t>vendredi 23 octobre 2026</w:t>
      </w:r>
    </w:p>
    <w:p w14:paraId="525B3B5C" w14:textId="77777777" w:rsidR="00813392" w:rsidRDefault="00813392">
      <w:pPr>
        <w:spacing w:after="20"/>
        <w:rPr>
          <w:rFonts w:ascii="Times New Roman" w:hAnsi="Times New Roman" w:cs="Times New Roman"/>
          <w:sz w:val="22"/>
          <w:szCs w:val="28"/>
        </w:rPr>
      </w:pPr>
    </w:p>
    <w:p w14:paraId="647DA52A" w14:textId="14D1DEC0" w:rsidR="00E27F14" w:rsidRDefault="00D83AAF">
      <w:pPr>
        <w:spacing w:after="20"/>
        <w:rPr>
          <w:rFonts w:ascii="Times New Roman" w:hAnsi="Times New Roman" w:cs="Times New Roman"/>
          <w:sz w:val="22"/>
          <w:szCs w:val="28"/>
        </w:rPr>
      </w:pPr>
      <w:r w:rsidRPr="006723B0">
        <w:rPr>
          <w:rFonts w:ascii="Times New Roman" w:hAnsi="Times New Roman" w:cs="Times New Roman"/>
          <w:sz w:val="22"/>
          <w:szCs w:val="28"/>
        </w:rPr>
        <w:t xml:space="preserve">Candidature à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déposer</w:t>
      </w:r>
      <w:proofErr w:type="spellEnd"/>
      <w:r w:rsidRPr="006723B0">
        <w:rPr>
          <w:rFonts w:ascii="Times New Roman" w:hAnsi="Times New Roman" w:cs="Times New Roman"/>
          <w:sz w:val="22"/>
          <w:szCs w:val="28"/>
        </w:rPr>
        <w:t xml:space="preserve"> au </w:t>
      </w:r>
      <w:proofErr w:type="spellStart"/>
      <w:r w:rsidRPr="006723B0">
        <w:rPr>
          <w:rFonts w:ascii="Times New Roman" w:hAnsi="Times New Roman" w:cs="Times New Roman"/>
          <w:sz w:val="22"/>
          <w:szCs w:val="28"/>
        </w:rPr>
        <w:t>siège</w:t>
      </w:r>
      <w:proofErr w:type="spellEnd"/>
      <w:r w:rsidRPr="006723B0">
        <w:rPr>
          <w:rFonts w:ascii="Times New Roman" w:hAnsi="Times New Roman" w:cs="Times New Roman"/>
          <w:sz w:val="22"/>
          <w:szCs w:val="28"/>
        </w:rPr>
        <w:t xml:space="preserve"> de la Ligue ou à adresser par courrier recommandé (cachet de la poste faisant foi) à l’attention du Président de la Ligue :</w:t>
      </w:r>
    </w:p>
    <w:p w14:paraId="162619CB" w14:textId="77777777" w:rsidR="006723B0" w:rsidRPr="006723B0" w:rsidRDefault="006723B0">
      <w:pPr>
        <w:spacing w:after="20"/>
        <w:rPr>
          <w:rFonts w:ascii="Times New Roman" w:hAnsi="Times New Roman" w:cs="Times New Roman"/>
          <w:sz w:val="22"/>
          <w:szCs w:val="28"/>
        </w:rPr>
      </w:pPr>
    </w:p>
    <w:p w14:paraId="43361E7D" w14:textId="77777777" w:rsidR="00E27F14" w:rsidRPr="009F495E" w:rsidRDefault="00D83AAF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9F495E">
        <w:rPr>
          <w:rFonts w:ascii="Times New Roman" w:hAnsi="Times New Roman" w:cs="Times New Roman"/>
          <w:b/>
          <w:sz w:val="22"/>
          <w:szCs w:val="32"/>
        </w:rPr>
        <w:t>Ligue de Tir du Languedoc-Roussillon</w:t>
      </w:r>
      <w:r w:rsidRPr="009F495E">
        <w:rPr>
          <w:rFonts w:ascii="Times New Roman" w:hAnsi="Times New Roman" w:cs="Times New Roman"/>
          <w:b/>
          <w:sz w:val="22"/>
          <w:szCs w:val="32"/>
        </w:rPr>
        <w:br/>
        <w:t>Maison Régionale des Sports – CS 37093</w:t>
      </w:r>
      <w:r w:rsidRPr="009F495E">
        <w:rPr>
          <w:rFonts w:ascii="Times New Roman" w:hAnsi="Times New Roman" w:cs="Times New Roman"/>
          <w:b/>
          <w:sz w:val="22"/>
          <w:szCs w:val="32"/>
        </w:rPr>
        <w:br/>
        <w:t>1039, rue Georges Méliès – 34967 MONTPELLIER Cedex 02</w:t>
      </w:r>
    </w:p>
    <w:sectPr w:rsidR="00E27F14" w:rsidRPr="009F495E" w:rsidSect="006723B0">
      <w:pgSz w:w="12240" w:h="15840"/>
      <w:pgMar w:top="567" w:right="1020" w:bottom="426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1528470">
    <w:abstractNumId w:val="8"/>
  </w:num>
  <w:num w:numId="2" w16cid:durableId="751854276">
    <w:abstractNumId w:val="6"/>
  </w:num>
  <w:num w:numId="3" w16cid:durableId="1241519148">
    <w:abstractNumId w:val="5"/>
  </w:num>
  <w:num w:numId="4" w16cid:durableId="870798313">
    <w:abstractNumId w:val="4"/>
  </w:num>
  <w:num w:numId="5" w16cid:durableId="1914924145">
    <w:abstractNumId w:val="7"/>
  </w:num>
  <w:num w:numId="6" w16cid:durableId="1003624231">
    <w:abstractNumId w:val="3"/>
  </w:num>
  <w:num w:numId="7" w16cid:durableId="34277104">
    <w:abstractNumId w:val="2"/>
  </w:num>
  <w:num w:numId="8" w16cid:durableId="1448431420">
    <w:abstractNumId w:val="1"/>
  </w:num>
  <w:num w:numId="9" w16cid:durableId="59725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4B0"/>
    <w:rsid w:val="00027997"/>
    <w:rsid w:val="00034616"/>
    <w:rsid w:val="0006063C"/>
    <w:rsid w:val="0015074B"/>
    <w:rsid w:val="002122E7"/>
    <w:rsid w:val="0029639D"/>
    <w:rsid w:val="00326F90"/>
    <w:rsid w:val="003925BB"/>
    <w:rsid w:val="003F0598"/>
    <w:rsid w:val="005D4F46"/>
    <w:rsid w:val="006723B0"/>
    <w:rsid w:val="00683684"/>
    <w:rsid w:val="006A0A89"/>
    <w:rsid w:val="007F103C"/>
    <w:rsid w:val="0081190A"/>
    <w:rsid w:val="00813392"/>
    <w:rsid w:val="00841650"/>
    <w:rsid w:val="008A4DB7"/>
    <w:rsid w:val="009E51E2"/>
    <w:rsid w:val="009F495E"/>
    <w:rsid w:val="00A11BFA"/>
    <w:rsid w:val="00AA1D8D"/>
    <w:rsid w:val="00B47730"/>
    <w:rsid w:val="00B52D70"/>
    <w:rsid w:val="00C727C5"/>
    <w:rsid w:val="00CB0664"/>
    <w:rsid w:val="00E1754C"/>
    <w:rsid w:val="00E27F14"/>
    <w:rsid w:val="00E53DA1"/>
    <w:rsid w:val="00E608D7"/>
    <w:rsid w:val="00EF6B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091FC"/>
  <w14:defaultImageDpi w14:val="300"/>
  <w15:docId w15:val="{6FDE316F-86E3-4C7F-9BA7-FAD452E7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Ligue Tir</cp:lastModifiedBy>
  <cp:revision>3</cp:revision>
  <cp:lastPrinted>2026-10-09T08:26:00Z</cp:lastPrinted>
  <dcterms:created xsi:type="dcterms:W3CDTF">2026-10-09T08:27:00Z</dcterms:created>
  <dcterms:modified xsi:type="dcterms:W3CDTF">2026-10-09T08:28:00Z</dcterms:modified>
  <cp:category/>
</cp:coreProperties>
</file>